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Arabic CV template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Personal details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Full name</w:t>
      </w:r>
    </w:p>
    <w:p>
      <w:pPr>
        <w:bidi/>
        <w:spacing w:before="0" w:after="80" w:line="276" w:lineRule="auto"/>
        <w:jc w:val="right"/>
      </w:pPr>
      <w:sdt>
        <w:sdtPr>
          <w:alias w:val="Full name"/>
          <w:tag w:val="full_nam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Job title</w:t>
      </w:r>
    </w:p>
    <w:p>
      <w:pPr>
        <w:bidi/>
        <w:spacing w:before="0" w:after="80" w:line="276" w:lineRule="auto"/>
        <w:jc w:val="right"/>
      </w:pPr>
      <w:sdt>
        <w:sdtPr>
          <w:alias w:val="Job title"/>
          <w:tag w:val="job_titl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Phone</w:t>
      </w:r>
    </w:p>
    <w:p>
      <w:pPr>
        <w:bidi/>
        <w:spacing w:before="0" w:after="80" w:line="276" w:lineRule="auto"/>
        <w:jc w:val="right"/>
      </w:pPr>
      <w:sdt>
        <w:sdtPr>
          <w:alias w:val="Phone"/>
          <w:tag w:val="phon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Email</w:t>
      </w:r>
    </w:p>
    <w:p>
      <w:pPr>
        <w:bidi/>
        <w:spacing w:before="0" w:after="80" w:line="276" w:lineRule="auto"/>
        <w:jc w:val="right"/>
      </w:pPr>
      <w:sdt>
        <w:sdtPr>
          <w:alias w:val="Email"/>
          <w:tag w:val="emai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City</w:t>
      </w:r>
    </w:p>
    <w:p>
      <w:pPr>
        <w:bidi/>
        <w:spacing w:before="0" w:after="80" w:line="276" w:lineRule="auto"/>
        <w:jc w:val="right"/>
      </w:pPr>
      <w:sdt>
        <w:sdtPr>
          <w:alias w:val="City"/>
          <w:tag w:val="cit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LinkedIn URL</w:t>
      </w:r>
    </w:p>
    <w:p>
      <w:pPr>
        <w:bidi/>
        <w:spacing w:before="0" w:after="80" w:line="276" w:lineRule="auto"/>
        <w:jc w:val="right"/>
      </w:pPr>
      <w:sdt>
        <w:sdtPr>
          <w:alias w:val="LinkedIn URL"/>
          <w:tag w:val="link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Professional summary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Professional summary</w:t>
      </w:r>
    </w:p>
    <w:p>
      <w:pPr>
        <w:bidi/>
        <w:spacing w:before="0" w:after="80" w:line="276" w:lineRule="auto"/>
        <w:jc w:val="right"/>
      </w:pPr>
      <w:sdt>
        <w:sdtPr>
          <w:alias w:val="Professional summary"/>
          <w:tag w:val="summary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Two to three lines: years of experience + specialty + one quantified result.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Work experience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Achievements</w:t>
      </w:r>
    </w:p>
    <w:p>
      <w:pPr>
        <w:bidi/>
        <w:spacing w:before="0" w:after="80" w:line="276" w:lineRule="auto"/>
        <w:jc w:val="right"/>
      </w:pPr>
      <w:sdt>
        <w:sdtPr>
          <w:alias w:val="Achievements"/>
          <w:tag w:val="exp_bullet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to 5 bullets starting with an action verb and ending with a number.</w:t>
          </w:r>
        </w:sdtContent>
      </w:sdt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Role</w:t>
            </w:r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Company</w:t>
            </w:r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r>
              <w:rPr>
                <w:rFonts w:ascii="Calibri" w:hAnsi="Calibri" w:cs="Arial"/>
                <w:b/>
                <w:color w:val="64748B"/>
                <w:sz w:val="16"/>
                <w:szCs w:val="16"/>
              </w:rPr>
              <w:t>Period</w:t>
            </w:r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Role"/>
                <w:tag w:val="exp_1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Company"/>
                <w:tag w:val="exp_1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eriod"/>
                <w:tag w:val="exp_1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Role"/>
                <w:tag w:val="exp_2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Company"/>
                <w:tag w:val="exp_2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eriod"/>
                <w:tag w:val="exp_2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  <w:tr>
        <w:trPr>
          <w:cantSplit/>
        </w:trPr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Role"/>
                <w:tag w:val="exp_3_0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3515"/>
          </w:tcPr>
          <w:p>
            <w:pPr>
              <w:bidi/>
              <w:spacing w:before="40" w:after="40"/>
              <w:jc w:val="right"/>
            </w:pPr>
            <w:sdt>
              <w:sdtPr>
                <w:alias w:val="Company"/>
                <w:tag w:val="exp_3_1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  <w:tc>
          <w:tcPr>
            <w:tcW w:type="dxa" w:w="2835"/>
          </w:tcPr>
          <w:p>
            <w:pPr>
              <w:bidi/>
              <w:spacing w:before="40" w:after="40"/>
              <w:jc w:val="right"/>
            </w:pPr>
            <w:sdt>
              <w:sdtPr>
                <w:alias w:val="Period"/>
                <w:tag w:val="exp_3_2"/>
                <w:showingPlcHdr/>
                <w:text/>
              </w:sdtPr>
              <w:sdtContent>
                <w:r>
                  <w:rPr>
                    <w:rFonts w:ascii="Calibri" w:hAnsi="Calibri" w:cs="Arial"/>
                    <w:color w:val="94A3B8"/>
                    <w:sz w:val="21"/>
                    <w:szCs w:val="21"/>
                    <w:rtl/>
                  </w:rPr>
                  <w:t xml:space="preserve"> </w:t>
                </w:r>
              </w:sdtContent>
            </w:sdt>
          </w:p>
        </w:tc>
      </w:tr>
    </w:tbl>
    <w:p>
      <w:pPr>
        <w:bidi/>
        <w:spacing w:before="80" w:after="80" w:line="276" w:lineRule="auto"/>
        <w:jc w:val="right"/>
      </w:pPr>
      <w:sdt>
        <w:sdtPr>
          <w:alias w:val="Achievements"/>
          <w:tag w:val="exp_notes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3 to 5 bullets starting with an action verb and ending with a number.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Education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Degree</w:t>
      </w:r>
    </w:p>
    <w:p>
      <w:pPr>
        <w:bidi/>
        <w:spacing w:before="0" w:after="80" w:line="276" w:lineRule="auto"/>
        <w:jc w:val="right"/>
      </w:pPr>
      <w:sdt>
        <w:sdtPr>
          <w:alias w:val="Degree"/>
          <w:tag w:val="edu_degree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University / Institute</w:t>
      </w:r>
    </w:p>
    <w:p>
      <w:pPr>
        <w:bidi/>
        <w:spacing w:before="0" w:after="80" w:line="276" w:lineRule="auto"/>
        <w:jc w:val="right"/>
      </w:pPr>
      <w:sdt>
        <w:sdtPr>
          <w:alias w:val="University / Institute"/>
          <w:tag w:val="edu_school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Graduation year</w:t>
      </w:r>
    </w:p>
    <w:p>
      <w:pPr>
        <w:bidi/>
        <w:spacing w:before="0" w:after="80" w:line="276" w:lineRule="auto"/>
        <w:jc w:val="right"/>
      </w:pPr>
      <w:sdt>
        <w:sdtPr>
          <w:alias w:val="Graduation year"/>
          <w:tag w:val="edu_year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Skills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Technical skills</w:t>
      </w:r>
    </w:p>
    <w:p>
      <w:pPr>
        <w:bidi/>
        <w:spacing w:before="0" w:after="80" w:line="276" w:lineRule="auto"/>
        <w:jc w:val="right"/>
      </w:pPr>
      <w:sdt>
        <w:sdtPr>
          <w:alias w:val="Technical skills"/>
          <w:tag w:val="skills_tech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The exact tools named in the job ad, not generic phrases.</w:t>
          </w:r>
        </w:sdtContent>
      </w:sdt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Soft skills</w:t>
      </w:r>
    </w:p>
    <w:p>
      <w:pPr>
        <w:bidi/>
        <w:spacing w:before="0" w:after="80" w:line="276" w:lineRule="auto"/>
        <w:jc w:val="right"/>
      </w:pPr>
      <w:sdt>
        <w:sdtPr>
          <w:alias w:val="Soft skills"/>
          <w:tag w:val="skills_soft_0"/>
          <w:showingPlcHdr/>
          <w:text/>
        </w:sdtPr>
        <w:sdtContent>
          <w:r>
            <w:rPr>
              <w:rFonts w:ascii="Calibri" w:hAnsi="Calibri" w:cs="Arial"/>
              <w:color w:val="94A3B8"/>
              <w:sz w:val="21"/>
              <w:szCs w:val="21"/>
              <w:rtl/>
            </w:rPr>
            <w:t xml:space="preserve"> </w:t>
          </w:r>
        </w:sdtContent>
      </w:sdt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Free model by CV Brander — no signup. You can delete this line.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Arabic CV template</dc:title>
  <dc:subject>CV Brander model - arabic-template - en - A4</dc:subject>
  <dc:creator>CV Brander</dc:creator>
  <cp:keywords/>
  <dc:description>A4 · Word · digital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