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Blank CV model PDF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Personal details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Professional summary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Work experience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br w:type="page"/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Education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Skills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Languages &amp; certificates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Free model by CV Brander — no signup. You can delete this line.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CV model PDF</dc:title>
  <dc:subject>CV Brander model - blank-pdf - en - A4</dc:subject>
  <dc:creator>CV Brander</dc:creator>
  <cp:keywords/>
  <dc:description>A4 · Word · lines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