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Modèle de CV vierge PDF   ·   A4 · Word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Informations personnelles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Profil professionnel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Expérience professionnelle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br w:type="page"/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Formation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Compétences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Langues et certifications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sectPr w:rsidR="00FC693F" w:rsidRPr="0006063C" w:rsidSect="00034616">
      <w:footerReference w:type="default" r:id="rId9"/>
      <w:pgSz w:w="11906" w:h="16838"/>
      <w:pgMar w:top="850" w:right="964" w:bottom="794" w:left="96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Calibri" w:hAnsi="Calibri" w:cs="Arial"/>
        <w:b w:val="0"/>
        <w:color w:val="64748B"/>
        <w:sz w:val="15"/>
        <w:szCs w:val="15"/>
      </w:rPr>
      <w:t>Modèle gratuit de CV Brander — sans inscription. Cette ligne peut être supprimée.   ·   CV Brander · cvbrander.com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CV vierge PDF</dc:title>
  <dc:subject>CV Brander model - blank-pdf - fr - A4</dc:subject>
  <dc:creator>CV Brander</dc:creator>
  <cp:keywords/>
  <dc:description>A4 · Word · lines</dc:description>
  <cp:lastModifiedBy/>
  <cp:revision>1</cp:revision>
  <dcterms:created xsi:type="dcterms:W3CDTF">2013-12-23T23:15:00Z</dcterms:created>
  <dcterms:modified xsi:type="dcterms:W3CDTF">2013-12-23T23:15:00Z</dcterms:modified>
  <cp:category/>
  <dc:language>fr</dc:language>
</cp:coreProperties>
</file>