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نموذج سيرة ذاتية فارغ   ·   A4 · Word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المعلومات الشخصية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الملخص المهني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الخبرة العملية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التعليم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المهارات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sectPr w:rsidR="00FC693F" w:rsidRPr="0006063C" w:rsidSect="00034616">
      <w:footerReference w:type="default" r:id="rId9"/>
      <w:pgSz w:w="11906" w:h="16838"/>
      <w:pgMar w:top="850" w:right="964" w:bottom="79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cs="Arial"/>
        <w:b w:val="0"/>
        <w:color w:val="64748B"/>
        <w:sz w:val="15"/>
        <w:szCs w:val="15"/>
      </w:rPr>
      <w:t>نموذج مجاني من CV Brander — بدون تسجيل. يمكنك حذف هذا السطر.   ·   CV Brander · cvbrander.com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سيرة ذاتية فارغ</dc:title>
  <dc:subject>CV Brander model - blank - ar - A4</dc:subject>
  <dc:creator>CV Brander</dc:creator>
  <cp:keywords/>
  <dc:description>A4 · Word · lines</dc:description>
  <cp:lastModifiedBy/>
  <cp:revision>1</cp:revision>
  <dcterms:created xsi:type="dcterms:W3CDTF">2013-12-23T23:15:00Z</dcterms:created>
  <dcterms:modified xsi:type="dcterms:W3CDTF">2013-12-23T23:15:00Z</dcterms:modified>
  <cp:category/>
  <dc:language>ar</dc:language>
</cp:coreProperties>
</file>