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Modèle de CV vierge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Informations personnelles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Profil professionnel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Expérience professionnelle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Formation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Compétences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Modèle gratuit de CV Brander — sans inscription. Cette ligne peut être supprimée.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vierge</dc:title>
  <dc:subject>CV Brander model - blank - fr - A4</dc:subject>
  <dc:creator>CV Brander</dc:creator>
  <cp:keywords/>
  <dc:description>A4 · Word · lines</dc:description>
  <cp:lastModifiedBy/>
  <cp:revision>1</cp:revision>
  <dcterms:created xsi:type="dcterms:W3CDTF">2013-12-23T23:15:00Z</dcterms:created>
  <dcterms:modified xsi:type="dcterms:W3CDTF">2013-12-23T23:15:00Z</dcterms:modified>
  <cp:category/>
  <dc:language>fr</dc:language>
</cp:coreProperties>
</file>