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قالب سيرة ذاتية مجاني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60" w:line="276" w:lineRule="auto"/>
        <w:jc w:val="right"/>
      </w:pPr>
      <w:r>
        <w:rPr>
          <w:rFonts w:ascii="Calibri" w:hAnsi="Calibri" w:cs="Arial"/>
          <w:b w:val="0"/>
          <w:color w:val="64748B"/>
          <w:sz w:val="17"/>
          <w:szCs w:val="17"/>
        </w:rPr>
        <w:t>▸ الاسم كما في جواز السفر، ثم المسمى الوظيفي المطابق لإعلان الوظيفة.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60" w:line="276" w:lineRule="auto"/>
        <w:jc w:val="right"/>
      </w:pPr>
      <w:r>
        <w:rPr>
          <w:rFonts w:ascii="Calibri" w:hAnsi="Calibri" w:cs="Arial"/>
          <w:b w:val="0"/>
          <w:color w:val="64748B"/>
          <w:sz w:val="17"/>
          <w:szCs w:val="17"/>
        </w:rPr>
        <w:t>▸ سطران إلى ثلاثة: سنوات الخبرة + التخصص + أهم إنجاز مرفوع برقم.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60" w:line="276" w:lineRule="auto"/>
        <w:jc w:val="right"/>
      </w:pPr>
      <w:r>
        <w:rPr>
          <w:rFonts w:ascii="Calibri" w:hAnsi="Calibri" w:cs="Arial"/>
          <w:b w:val="0"/>
          <w:color w:val="64748B"/>
          <w:sz w:val="17"/>
          <w:szCs w:val="17"/>
        </w:rPr>
        <w:t>▸ 3 إلى 5 نقاط تبدأ بفعل قوي (أدرت، طورت، حققت) وتنتهي برقم.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60" w:line="276" w:lineRule="auto"/>
        <w:jc w:val="right"/>
      </w:pPr>
      <w:r>
        <w:rPr>
          <w:rFonts w:ascii="Calibri" w:hAnsi="Calibri" w:cs="Arial"/>
          <w:b w:val="0"/>
          <w:color w:val="64748B"/>
          <w:sz w:val="17"/>
          <w:szCs w:val="17"/>
        </w:rPr>
        <w:t>▸ الدرجة والتخصص، ثم الجامعة وسنة التخرج.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60" w:line="276" w:lineRule="auto"/>
        <w:jc w:val="right"/>
      </w:pPr>
      <w:r>
        <w:rPr>
          <w:rFonts w:ascii="Calibri" w:hAnsi="Calibri" w:cs="Arial"/>
          <w:b w:val="0"/>
          <w:color w:val="64748B"/>
          <w:sz w:val="17"/>
          <w:szCs w:val="17"/>
        </w:rPr>
        <w:t>▸ أسماء الأدوات الصريحة التي وردت في الإعلان، لا عبارات عامة.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قالب سيرة ذاتية مجاني</dc:title>
  <dc:subject>CV Brander model - free-template - ar - A4</dc:subject>
  <dc:creator>CV Brander</dc:creator>
  <cp:keywords/>
  <dc:description>A4 · Word · hints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