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قوالب سيرة ذاتية مجانية   ·   A4 · Word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المعلومات الشخصية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الاسم الكامل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المسمى الوظيفي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رقم الهاتف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البريد الإلكتروني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المدينة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رابط LinkedIn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الملخص المهني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الملخص المهني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الخبرة العملية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المسمى الوظيفي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اسم الشركة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الفترة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نقاط الإنجاز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التعليم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الدرجة العلمية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الجامعة أو المعهد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سنة التخرج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المهارات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مهارات تقنية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مهارات شخصية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br w:type="page"/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المعلومات الشخصية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الاسم الكامل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المسمى الوظيفي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رقم الهاتف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البريد الإلكتروني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المدينة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رابط LinkedIn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الملخص المهني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الملخص المهني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الخبرة العملية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المسمى الوظيفي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اسم الشركة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الفترة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نقاط الإنجاز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التعليم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الدرجة العلمية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الجامعة أو المعهد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سنة التخرج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المهارات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مهارات تقنية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مهارات شخصية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br w:type="page"/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المعلومات الشخصية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الاسم الكامل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المسمى الوظيفي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رقم الهاتف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البريد الإلكتروني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المدينة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رابط LinkedIn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الملخص المهني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الملخص المهني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الخبرة العملية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المسمى الوظيفي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اسم الشركة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الفترة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نقاط الإنجاز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التعليم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الدرجة العلمية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الجامعة أو المعهد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سنة التخرج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pBdr>
          <w:bottom w:val="single" w:sz="8" w:space="1" w:color="C7D2FE"/>
        </w:pBdr>
        <w:bidi/>
        <w:spacing w:before="160" w:after="60" w:line="276" w:lineRule="auto"/>
        <w:jc w:val="right"/>
      </w:pPr>
      <w:r>
        <w:rPr>
          <w:rFonts w:ascii="Calibri" w:hAnsi="Calibri" w:cs="Arial"/>
          <w:b/>
          <w:color w:val="1E3A8A"/>
          <w:sz w:val="24"/>
          <w:szCs w:val="24"/>
        </w:rPr>
        <w:t>المهارات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مهارات تقنية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p>
      <w:pPr>
        <w:bidi/>
        <w:spacing w:before="0" w:after="0" w:line="276" w:lineRule="auto"/>
        <w:jc w:val="right"/>
      </w:pPr>
      <w:r>
        <w:rPr>
          <w:rFonts w:ascii="Calibri" w:hAnsi="Calibri" w:cs="Arial"/>
          <w:b w:val="0"/>
          <w:color w:val="64748B"/>
          <w:sz w:val="16"/>
          <w:szCs w:val="16"/>
        </w:rPr>
        <w:t>مهارات شخصية</w:t>
      </w:r>
    </w:p>
    <w:p>
      <w:pPr>
        <w:pBdr>
          <w:bottom w:val="single" w:sz="6" w:space="1" w:color="B6C2D2"/>
        </w:pBdr>
        <w:bidi/>
        <w:spacing w:before="0" w:after="120" w:line="276" w:lineRule="auto"/>
        <w:jc w:val="right"/>
      </w:pPr>
      <w:r>
        <w:rPr>
          <w:rFonts w:ascii="Calibri" w:hAnsi="Calibri" w:cs="Arial"/>
          <w:b w:val="0"/>
          <w:sz w:val="21"/>
          <w:szCs w:val="21"/>
        </w:rPr>
        <w:t xml:space="preserve"> </w:t>
      </w:r>
    </w:p>
    <w:sectPr w:rsidR="00FC693F" w:rsidRPr="0006063C" w:rsidSect="00034616">
      <w:footerReference w:type="default" r:id="rId9"/>
      <w:pgSz w:w="11906" w:h="16838"/>
      <w:pgMar w:top="850" w:right="964" w:bottom="794" w:left="96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 w:cs="Arial"/>
        <w:b w:val="0"/>
        <w:color w:val="64748B"/>
        <w:sz w:val="15"/>
        <w:szCs w:val="15"/>
      </w:rPr>
      <w:t>نموذج مجاني من CV Brander — بدون تسجيل. يمكنك حذف هذا السطر.   ·   CV Brander · cvbrander.com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قوالب سيرة ذاتية مجانية</dc:title>
  <dc:subject>CV Brander model - free-templates - ar - A4</dc:subject>
  <dc:creator>CV Brander</dc:creator>
  <cp:keywords/>
  <dc:description>A4 · Word · styles</dc:description>
  <cp:lastModifiedBy/>
  <cp:revision>1</cp:revision>
  <dcterms:created xsi:type="dcterms:W3CDTF">2013-12-23T23:15:00Z</dcterms:created>
  <dcterms:modified xsi:type="dcterms:W3CDTF">2013-12-23T23:15:00Z</dcterms:modified>
  <cp:category/>
  <dc:language>ar</dc:language>
</cp:coreProperties>
</file>