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Ready CV templates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spacing w:before="0" w:after="80" w:line="276" w:lineRule="auto"/>
      </w:pPr>
      <w:sdt>
        <w:sdtPr>
          <w:alias w:val="Full name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spacing w:before="0" w:after="80" w:line="276" w:lineRule="auto"/>
      </w:pPr>
      <w:sdt>
        <w:sdtPr>
          <w:alias w:val="Job titl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spacing w:before="0" w:after="80" w:line="276" w:lineRule="auto"/>
      </w:pPr>
      <w:sdt>
        <w:sdtPr>
          <w:alias w:val="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spacing w:before="0" w:after="80" w:line="276" w:lineRule="auto"/>
      </w:pPr>
      <w:sdt>
        <w:sdtPr>
          <w:alias w:val="E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spacing w:before="0" w:after="80" w:line="276" w:lineRule="auto"/>
      </w:pPr>
      <w:sdt>
        <w:sdtPr>
          <w:alias w:val="City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spacing w:before="0" w:after="80" w:line="276" w:lineRule="auto"/>
      </w:pPr>
      <w:sdt>
        <w:sdtPr>
          <w:alias w:val="LinkedIn URL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spacing w:before="0" w:after="80" w:line="276" w:lineRule="auto"/>
      </w:pPr>
      <w:sdt>
        <w:sdtPr>
          <w:alias w:val="Professional summary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Two to three lines: years of experience + specialty + one quantified result.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spacing w:before="0" w:after="80" w:line="276" w:lineRule="auto"/>
      </w:pPr>
      <w:sdt>
        <w:sdtPr>
          <w:alias w:val="Achievement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Role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Company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Period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spacing w:before="0" w:after="80" w:line="276" w:lineRule="auto"/>
      </w:pPr>
      <w:sdt>
        <w:sdtPr>
          <w:alias w:val="Achievements"/>
          <w:tag w:val="exp_bullet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Role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Company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Period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Rol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Company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eriod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to 5 bullets starting with an action verb and ending with a number.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spacing w:before="0" w:after="80" w:line="276" w:lineRule="auto"/>
      </w:pPr>
      <w:sdt>
        <w:sdtPr>
          <w:alias w:val="Degree"/>
          <w:tag w:val="edu_degree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spacing w:before="0" w:after="80" w:line="276" w:lineRule="auto"/>
      </w:pPr>
      <w:sdt>
        <w:sdtPr>
          <w:alias w:val="University / Institute"/>
          <w:tag w:val="edu_school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spacing w:before="0" w:after="80" w:line="276" w:lineRule="auto"/>
      </w:pPr>
      <w:sdt>
        <w:sdtPr>
          <w:alias w:val="Graduation year"/>
          <w:tag w:val="edu_year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spacing w:before="0" w:after="80" w:line="276" w:lineRule="auto"/>
      </w:pPr>
      <w:sdt>
        <w:sdtPr>
          <w:alias w:val="Technical skills"/>
          <w:tag w:val="skills_tech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The exact tools named in the job ad, not generic phrases.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spacing w:before="0" w:after="80" w:line="276" w:lineRule="auto"/>
      </w:pPr>
      <w:sdt>
        <w:sdtPr>
          <w:alias w:val="Soft skills"/>
          <w:tag w:val="skills_sof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Languages &amp; certificates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Languages &amp; level</w:t>
      </w:r>
    </w:p>
    <w:p>
      <w:pPr>
        <w:spacing w:before="0" w:after="80" w:line="276" w:lineRule="auto"/>
      </w:pPr>
      <w:sdt>
        <w:sdtPr>
          <w:alias w:val="Languages &amp; level"/>
          <w:tag w:val="skills_lang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Certificates &amp; courses</w:t>
      </w:r>
    </w:p>
    <w:p>
      <w:pPr>
        <w:spacing w:before="0" w:after="80" w:line="276" w:lineRule="auto"/>
      </w:pPr>
      <w:sdt>
        <w:sdtPr>
          <w:alias w:val="Certificates &amp; courses"/>
          <w:tag w:val="cer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Ready CV templates</dc:title>
  <dc:subject>CV Brander model - ready-templates - en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