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نموذج سيرة ذاتية جاهز للتعبئة PDF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اسم الشركة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الفترة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br w:type="page"/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اللغات والشهادات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اللغات ومستوى الإتقان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الشهادات والدورات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جاهز للتعبئة PDF</dc:title>
  <dc:subject>CV Brander model - ready-to-fill-pdf - ar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