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Fill-in CV model PDF   ·   A4 · Word</w:t>
      </w:r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Personal details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Full name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Job title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Phone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Email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City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LinkedIn URL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Professional summary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Professional summary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Work experience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Role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Company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Period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Achievements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br w:type="page"/>
      </w:r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Education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Degree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University / Institute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Graduation year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Skills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Technical skills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Soft skills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Languages &amp; certificates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Languages &amp; level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Certificates &amp; courses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sectPr w:rsidR="00FC693F" w:rsidRPr="0006063C" w:rsidSect="00034616">
      <w:footerReference w:type="default" r:id="rId9"/>
      <w:pgSz w:w="11906" w:h="16838"/>
      <w:pgMar w:top="850" w:right="964" w:bottom="794" w:left="96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rFonts w:ascii="Calibri" w:hAnsi="Calibri" w:cs="Arial"/>
        <w:b w:val="0"/>
        <w:color w:val="64748B"/>
        <w:sz w:val="15"/>
        <w:szCs w:val="15"/>
      </w:rPr>
      <w:t>Free model by CV Brander — no signup. You can delete this line.   ·   CV Brander · cvbrander.com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Fill-in CV model PDF</dc:title>
  <dc:subject>CV Brander model - ready-to-fill-pdf - en - A4</dc:subject>
  <dc:creator>CV Brander</dc:creator>
  <cp:keywords/>
  <dc:description>A4 · Word · print</dc:description>
  <cp:lastModifiedBy/>
  <cp:revision>1</cp:revision>
  <dcterms:created xsi:type="dcterms:W3CDTF">2013-12-23T23:15:00Z</dcterms:created>
  <dcterms:modified xsi:type="dcterms:W3CDTF">2013-12-23T23:15:00Z</dcterms:modified>
  <cp:category/>
  <dc:language>en</dc:language>
</cp:coreProperties>
</file>