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نموذج سيرة ذاتية جاهز للتعبئة Word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bidi/>
        <w:spacing w:before="0" w:after="80" w:line="276" w:lineRule="auto"/>
        <w:jc w:val="right"/>
      </w:pPr>
      <w:sdt>
        <w:sdtPr>
          <w:alias w:val="الاسم الكامل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bidi/>
        <w:spacing w:before="0" w:after="80" w:line="276" w:lineRule="auto"/>
        <w:jc w:val="right"/>
      </w:pPr>
      <w:sdt>
        <w:sdtPr>
          <w:alias w:val="المسمى الوظيفي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bidi/>
        <w:spacing w:before="0" w:after="80" w:line="276" w:lineRule="auto"/>
        <w:jc w:val="right"/>
      </w:pPr>
      <w:sdt>
        <w:sdtPr>
          <w:alias w:val="رقم الهاتف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bidi/>
        <w:spacing w:before="0" w:after="80" w:line="276" w:lineRule="auto"/>
        <w:jc w:val="right"/>
      </w:pPr>
      <w:sdt>
        <w:sdtPr>
          <w:alias w:val="البريد الإلكتروني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bidi/>
        <w:spacing w:before="0" w:after="80" w:line="276" w:lineRule="auto"/>
        <w:jc w:val="right"/>
      </w:pPr>
      <w:sdt>
        <w:sdtPr>
          <w:alias w:val="المدينة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bidi/>
        <w:spacing w:before="0" w:after="80" w:line="276" w:lineRule="auto"/>
        <w:jc w:val="right"/>
      </w:pPr>
      <w:sdt>
        <w:sdtPr>
          <w:alias w:val="رابط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bidi/>
        <w:spacing w:before="0" w:after="80" w:line="276" w:lineRule="auto"/>
        <w:jc w:val="right"/>
      </w:pPr>
      <w:sdt>
        <w:sdtPr>
          <w:alias w:val="الملخص المهني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سطران إلى ثلاثة: سنوات الخبرة + التخصص + أهم إنجاز مرفوع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bidi/>
        <w:spacing w:before="0" w:after="80" w:line="276" w:lineRule="auto"/>
        <w:jc w:val="right"/>
      </w:pPr>
      <w:sdt>
        <w:sdtPr>
          <w:alias w:val="نقاط الإنجاز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المسمى الوظيفي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اسم الشركة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الفترة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bidi/>
        <w:spacing w:before="0" w:after="80" w:line="276" w:lineRule="auto"/>
        <w:jc w:val="right"/>
      </w:pPr>
      <w:sdt>
        <w:sdtPr>
          <w:alias w:val="الدرجة العلمية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bidi/>
        <w:spacing w:before="0" w:after="80" w:line="276" w:lineRule="auto"/>
        <w:jc w:val="right"/>
      </w:pPr>
      <w:sdt>
        <w:sdtPr>
          <w:alias w:val="الجامعة أو المعهد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bidi/>
        <w:spacing w:before="0" w:after="80" w:line="276" w:lineRule="auto"/>
        <w:jc w:val="right"/>
      </w:pPr>
      <w:sdt>
        <w:sdtPr>
          <w:alias w:val="سنة التخرج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bidi/>
        <w:spacing w:before="0" w:after="80" w:line="276" w:lineRule="auto"/>
        <w:jc w:val="right"/>
      </w:pPr>
      <w:sdt>
        <w:sdtPr>
          <w:alias w:val="مهارات تقنية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أسماء الأدوات الصريحة التي وردت في الإعلان، لا عبارات عامة.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bidi/>
        <w:spacing w:before="0" w:after="80" w:line="276" w:lineRule="auto"/>
        <w:jc w:val="right"/>
      </w:pPr>
      <w:sdt>
        <w:sdtPr>
          <w:alias w:val="مهارات شخصية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جاهز للتعبئة Word</dc:title>
  <dc:subject>CV Brander model - ready-to-fill-word - ar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