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Fill-in CV model Word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spacing w:before="0" w:after="80" w:line="276" w:lineRule="auto"/>
      </w:pPr>
      <w:sdt>
        <w:sdtPr>
          <w:alias w:val="Full name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spacing w:before="0" w:after="80" w:line="276" w:lineRule="auto"/>
      </w:pPr>
      <w:sdt>
        <w:sdtPr>
          <w:alias w:val="Job titl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spacing w:before="0" w:after="80" w:line="276" w:lineRule="auto"/>
      </w:pPr>
      <w:sdt>
        <w:sdtPr>
          <w:alias w:val="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spacing w:before="0" w:after="80" w:line="276" w:lineRule="auto"/>
      </w:pPr>
      <w:sdt>
        <w:sdtPr>
          <w:alias w:val="E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spacing w:before="0" w:after="80" w:line="276" w:lineRule="auto"/>
      </w:pPr>
      <w:sdt>
        <w:sdtPr>
          <w:alias w:val="City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spacing w:before="0" w:after="80" w:line="276" w:lineRule="auto"/>
      </w:pPr>
      <w:sdt>
        <w:sdtPr>
          <w:alias w:val="LinkedIn URL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spacing w:before="0" w:after="80" w:line="276" w:lineRule="auto"/>
      </w:pPr>
      <w:sdt>
        <w:sdtPr>
          <w:alias w:val="Professional summary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Two to three lines: years of experience + specialty + one quantified result.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spacing w:before="0" w:after="80" w:line="276" w:lineRule="auto"/>
      </w:pPr>
      <w:sdt>
        <w:sdtPr>
          <w:alias w:val="Achievement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Role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Company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Period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spacing w:before="0" w:after="80" w:line="276" w:lineRule="auto"/>
      </w:pPr>
      <w:sdt>
        <w:sdtPr>
          <w:alias w:val="Degre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spacing w:before="0" w:after="80" w:line="276" w:lineRule="auto"/>
      </w:pPr>
      <w:sdt>
        <w:sdtPr>
          <w:alias w:val="University / Institute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spacing w:before="0" w:after="80" w:line="276" w:lineRule="auto"/>
      </w:pPr>
      <w:sdt>
        <w:sdtPr>
          <w:alias w:val="Graduation year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spacing w:before="0" w:after="80" w:line="276" w:lineRule="auto"/>
      </w:pPr>
      <w:sdt>
        <w:sdtPr>
          <w:alias w:val="Technical skill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The exact tools named in the job ad, not generic phrases.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spacing w:before="0" w:after="80" w:line="276" w:lineRule="auto"/>
      </w:pPr>
      <w:sdt>
        <w:sdtPr>
          <w:alias w:val="Soft skill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Fill-in CV model Word</dc:title>
  <dc:subject>CV Brander model - ready-to-fill-word - en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