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نموذج سيرة ذاتية جاهز للتعبئة   ·   A4 · Word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المعلومات الشخصية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الاسم الكامل</w:t>
      </w:r>
    </w:p>
    <w:p>
      <w:pPr>
        <w:bidi/>
        <w:spacing w:before="0" w:after="80" w:line="276" w:lineRule="auto"/>
        <w:jc w:val="right"/>
      </w:pPr>
      <w:sdt>
        <w:sdtPr>
          <w:alias w:val="الاسم الكامل"/>
          <w:tag w:val="full_nam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bidi/>
        <w:spacing w:before="0" w:after="80" w:line="276" w:lineRule="auto"/>
        <w:jc w:val="right"/>
      </w:pPr>
      <w:sdt>
        <w:sdtPr>
          <w:alias w:val="المسمى الوظيفي"/>
          <w:tag w:val="job_titl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رقم الهاتف</w:t>
      </w:r>
    </w:p>
    <w:p>
      <w:pPr>
        <w:bidi/>
        <w:spacing w:before="0" w:after="80" w:line="276" w:lineRule="auto"/>
        <w:jc w:val="right"/>
      </w:pPr>
      <w:sdt>
        <w:sdtPr>
          <w:alias w:val="رقم الهاتف"/>
          <w:tag w:val="phon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البريد الإلكتروني</w:t>
      </w:r>
    </w:p>
    <w:p>
      <w:pPr>
        <w:bidi/>
        <w:spacing w:before="0" w:after="80" w:line="276" w:lineRule="auto"/>
        <w:jc w:val="right"/>
      </w:pPr>
      <w:sdt>
        <w:sdtPr>
          <w:alias w:val="البريد الإلكتروني"/>
          <w:tag w:val="emai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المدينة</w:t>
      </w:r>
    </w:p>
    <w:p>
      <w:pPr>
        <w:bidi/>
        <w:spacing w:before="0" w:after="80" w:line="276" w:lineRule="auto"/>
        <w:jc w:val="right"/>
      </w:pPr>
      <w:sdt>
        <w:sdtPr>
          <w:alias w:val="المدينة"/>
          <w:tag w:val="cit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رابط LinkedIn</w:t>
      </w:r>
    </w:p>
    <w:p>
      <w:pPr>
        <w:bidi/>
        <w:spacing w:before="0" w:after="80" w:line="276" w:lineRule="auto"/>
        <w:jc w:val="right"/>
      </w:pPr>
      <w:sdt>
        <w:sdtPr>
          <w:alias w:val="رابط LinkedIn"/>
          <w:tag w:val="link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الملخص المهني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الملخص المهني</w:t>
      </w:r>
    </w:p>
    <w:p>
      <w:pPr>
        <w:bidi/>
        <w:spacing w:before="0" w:after="80" w:line="276" w:lineRule="auto"/>
        <w:jc w:val="right"/>
      </w:pPr>
      <w:sdt>
        <w:sdtPr>
          <w:alias w:val="الملخص المهني"/>
          <w:tag w:val="summar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سطران إلى ثلاثة: سنوات الخبرة + التخصص + أهم إنجاز مرفوع برقم.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الخبرة العملية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نقاط الإنجاز</w:t>
      </w:r>
    </w:p>
    <w:p>
      <w:pPr>
        <w:bidi/>
        <w:spacing w:before="0" w:after="80" w:line="276" w:lineRule="auto"/>
        <w:jc w:val="right"/>
      </w:pPr>
      <w:sdt>
        <w:sdtPr>
          <w:alias w:val="نقاط الإنجاز"/>
          <w:tag w:val="exp_bullet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إلى 5 نقاط تبدأ بفعل قوي (أدرت، طورت، حققت) وتنتهي برقم.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المسمى الوظيفي</w:t>
            </w:r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اسم الشركة</w:t>
            </w:r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الفترة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لمسمى الوظيفي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اسم الشركة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الفترة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</w:tbl>
    <w:p>
      <w:pPr>
        <w:bidi/>
        <w:spacing w:before="80" w:after="80" w:line="276" w:lineRule="auto"/>
        <w:jc w:val="right"/>
      </w:pPr>
      <w:sdt>
        <w:sdtPr>
          <w:alias w:val="Achievements"/>
          <w:tag w:val="exp_note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إلى 5 نقاط تبدأ بفعل قوي (أدرت، طورت، حققت) وتنتهي برقم.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التعليم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الدرجة العلمية</w:t>
      </w:r>
    </w:p>
    <w:p>
      <w:pPr>
        <w:bidi/>
        <w:spacing w:before="0" w:after="80" w:line="276" w:lineRule="auto"/>
        <w:jc w:val="right"/>
      </w:pPr>
      <w:sdt>
        <w:sdtPr>
          <w:alias w:val="الدرجة العلمية"/>
          <w:tag w:val="edu_degre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الجامعة أو المعهد</w:t>
      </w:r>
    </w:p>
    <w:p>
      <w:pPr>
        <w:bidi/>
        <w:spacing w:before="0" w:after="80" w:line="276" w:lineRule="auto"/>
        <w:jc w:val="right"/>
      </w:pPr>
      <w:sdt>
        <w:sdtPr>
          <w:alias w:val="الجامعة أو المعهد"/>
          <w:tag w:val="edu_schoo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سنة التخرج</w:t>
      </w:r>
    </w:p>
    <w:p>
      <w:pPr>
        <w:bidi/>
        <w:spacing w:before="0" w:after="80" w:line="276" w:lineRule="auto"/>
        <w:jc w:val="right"/>
      </w:pPr>
      <w:sdt>
        <w:sdtPr>
          <w:alias w:val="سنة التخرج"/>
          <w:tag w:val="edu_year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المهارات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تقنية</w:t>
      </w:r>
    </w:p>
    <w:p>
      <w:pPr>
        <w:bidi/>
        <w:spacing w:before="0" w:after="80" w:line="276" w:lineRule="auto"/>
        <w:jc w:val="right"/>
      </w:pPr>
      <w:sdt>
        <w:sdtPr>
          <w:alias w:val="مهارات تقنية"/>
          <w:tag w:val="skills_tech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أسماء الأدوات الصريحة التي وردت في الإعلان، لا عبارات عامة.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شخصية</w:t>
      </w:r>
    </w:p>
    <w:p>
      <w:pPr>
        <w:bidi/>
        <w:spacing w:before="0" w:after="80" w:line="276" w:lineRule="auto"/>
        <w:jc w:val="right"/>
      </w:pPr>
      <w:sdt>
        <w:sdtPr>
          <w:alias w:val="مهارات شخصية"/>
          <w:tag w:val="skills_soft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cs="Arial"/>
        <w:b w:val="0"/>
        <w:color w:val="64748B"/>
        <w:sz w:val="15"/>
        <w:szCs w:val="15"/>
      </w:rPr>
      <w:t>نموذج مجاني من CV Brander — بدون تسجيل. يمكنك حذف هذا السطر.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سيرة ذاتية جاهز للتعبئة</dc:title>
  <dc:subject>CV Brander model - ready-to-fill - ar - A4</dc:subject>
  <dc:creator>CV Brander</dc:creator>
  <cp:keywords/>
  <dc:description>A4 · Word · digital</dc:description>
  <cp:lastModifiedBy/>
  <cp:revision>1</cp:revision>
  <dcterms:created xsi:type="dcterms:W3CDTF">2013-12-23T23:15:00Z</dcterms:created>
  <dcterms:modified xsi:type="dcterms:W3CDTF">2013-12-23T23:15:00Z</dcterms:modified>
  <cp:category/>
  <dc:language>ar</dc:language>
</cp:coreProperties>
</file>