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قالب سيرة ذاتية Word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الاسم الكامل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رقم الهاتف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البريد الإلكتروني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المدينة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الملخص المهني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اسم الشركة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الفترة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نقاط الإنجاز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الدرجة العلمية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الجامعة أو المعهد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سنة التخرج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تقنية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شخصية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نموذج مجاني من CV Brander — بدون تسجيل. يمكنك حذف هذا السطر.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 Word</dc:title>
  <dc:subject>CV Brander model - word-template - ar - A4</dc:subject>
  <dc:creator>CV Brander</dc:creator>
  <cp:keywords/>
  <dc:description>A4 · Word · print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