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Modèle de CV Word   ·   A4 · Word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Informations personnelles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Nom complet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Intitulé du poste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Téléphone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E-mail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Ville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Profil professionnel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Profil professionnel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Expérience professionnelle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Poste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Entreprise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Période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Réalisations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Formation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Diplôme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Université / Institut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Année d'obtention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Compétences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Compétences techniques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Compétences humaines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Calibri" w:hAnsi="Calibri" w:cs="Arial"/>
        <w:b w:val="0"/>
        <w:color w:val="64748B"/>
        <w:sz w:val="15"/>
        <w:szCs w:val="15"/>
      </w:rPr>
      <w:t>Modèle gratuit de CV Brander — sans inscription. Cette ligne peut être supprimée.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CV Word</dc:title>
  <dc:subject>CV Brander model - word-template - fr - A4</dc:subject>
  <dc:creator>CV Brander</dc:creator>
  <cp:keywords/>
  <dc:description>A4 · Word · print</dc:description>
  <cp:lastModifiedBy/>
  <cp:revision>1</cp:revision>
  <dcterms:created xsi:type="dcterms:W3CDTF">2013-12-23T23:15:00Z</dcterms:created>
  <dcterms:modified xsi:type="dcterms:W3CDTF">2013-12-23T23:15:00Z</dcterms:modified>
  <cp:category/>
  <dc:language>fr</dc:language>
</cp:coreProperties>
</file>